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ומשלב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וביטויים נפוצים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משלב גבוה, תקני ודיבורי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מילה לא מוכרת בעזרת ההקשר ולמצוא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להתחיל שיחה ולהפיג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לומר דברים בכנות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להתנהג בזהירות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להצביע בדיוק על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לנסות לעשות דבר מעבר ליכולת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להביע ספק או הפתעה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משלב: גבוה, תקני, דיבורי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(משלב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(משלב תקני)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(משלב דיבורי)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(משלב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(משלב תקני)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(משלב דיבורי)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נרדפות והקשר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אכל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בחיפזון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המשמעות של ניב שונה מהמשמעות המילולית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משלב גבוה מתאים לכתיבה ספרותית ומליצית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משלב דיבורי מתאים לשיחה יומיומית ולא לכתיבה רשמית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ההקשר נותן רמזים למשמעות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למילים נרדפות יכול להיות הבדל קטן במשלב או בגוון המשמעות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גבוה: שמחתי שמחה גדולה על הישגי. תקני: אני שמח מאוד על ההצלחה שלי. דיבורי: אני ממש מת מרוב שמחה, הצלחתי!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בניב בהקשר מתאים, סיפור קצר וברור, משפטים תקינים מבחינה לשונית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- צירוף קבוע שמשמעותו שונה מהמשמעות המילולית, עם דוגמה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משלב גבוה חגיגי וספרותי, משלב דיבורי יומיומי ולא רשמי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במשפט שסביב המילה (הקשר) כדי לנחש את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"צמד ביטויים" כהכנה לחלק הניבים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דוגמאות משלהם למילים במשלב דיבורי מהחיים האישיים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 חנ"מ ועולים מומלץ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ומשלב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ניבים וביטויים, נכיר את שלושת המשלבים של השפה - גבוה, תקני ודיבורי, ונלמד לפענח מילים לא מוכרות בעזרת ההקשר.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ניבים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משמעות הניב "לשבור את הקרח"?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לשבור חפץ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להתחיל שיחה ולהפיג 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לקרר משקה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להרגיש קור פתאומי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משמעות הניב "לשים יד על הלב"?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לכאוב בחזה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לומר דברים בכנות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להישבע באלוהים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להרגיע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משמעות הניב "לדרוך על ביצים"?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לבשל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להתנהג בזהירות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לשבור משהו בטעות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לאט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משמעות הניב "לשים אצבע על הפצע"?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לכאוב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להצביע בדיוק על 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לגעת במישהו פצוע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משמעות הניב "לקפוץ מעל הפופיק"?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לרקוד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לנסות לעשות דבר מעבר ליכולת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לקפוץ גבוה מאוד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להצליח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משמעות הניב "להוריד גבה"?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להביע ספק או הפתעה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לכעוס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לשמוח בלב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משלב: גבוה, תקני, דיבורי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משלב תקני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משלב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משלב דיבורי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הנני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משלב דיבורי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אני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משלב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אני ממש שמח, וואלה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משלב תקני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מילים נרדפות והקשר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נרדפת ל"שמח"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ל"גדול"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בעזרת ההקשר במשפט "הוא טרף את האוכל בשקיקה", המילה "טרף"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ל"יפה" במשלב גבוה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בעזרת ההקשר במשפט "התלמיד היה שקדן ולמד שעות רבות", המילה "שקדן"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מילה נרדפת ל"מהר"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צירוף מילים שצריך להבין אותו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גבוה משמש בדרך כלל בשירה ובטקסטים חגיגיים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דיבורי מתאים לכתיבת מאמר 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להבין משמעות של מילה לא מוכרת לפי המשפט שסביבה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תמיד זהות לגמרי במשמעותן ובמשלב שלהן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בכל משלב (גבוה, תקני, דיבורי) שמביע שמחה על הצלחה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ניב אחד שלמדתם וכתבו סיפור קצר של 3-4 משפטים שבו הניב מככב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ניב?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משלב גבוה למשלב דיבורי?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להבין משמעות של מילה לא מוכרת בלי מילון?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ומשלב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