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 גבוה, תקני ודיבורי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מילה לא מוכרת בעזרת ההקשר ולמצוא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דברים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להתנהג בזהירות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משלב: גבוה, תקני,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(משלב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(משלב תקני)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(משלב דיבורי)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(משלב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נרדפות והקשר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המשמעות של ניב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משלב גבוה מתאים לכתיבה ספרותית ומליצית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משלב דיבורי מתאים לשיחה יומיומית ולא לכתיבה רשמית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בניב בהקשר מתאים, סיפור קצר וברור, משפטים תקינים מבחינה 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- צירוף קבוע שמשמעותו שונה מהמשמעות המילולית,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חגיגי וספרותי, משלב דיבורי יומיומי ולא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במשפט שסביב המילה (הקשר) כדי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"צמד ביטויים" כהכנה לחלק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משלהם למילים במשלב דיבורי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 חנ"מ ועולים מומלץ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ניבים וביטויים, נכיר את שלושת המשלבים של השפה - גבוה, תקני ודיבורי, ונלמד לפענח מילים לא מוכרות בעזרת ההקשר.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עליז  ·  ענק  ·  נאה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משמעות הניב "לשבור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לקרר משקה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משמעות הניב "לשים 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לכאוב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לומר דברים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להישבע באלוהים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משמעות הניב "לדרוך על ביצים"?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לבשל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להתנהג בזהירות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לשבור משהו בטעות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משלב: גבוה, תקני,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משלב תקני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הנני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משלב דיבורי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מילים נרדפות והקשר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נרדפת ל"שמח"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ל"גדול"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נרדפת ל"יפה" במשלב גבוה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צירוף מילים שצריך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משלב גבוה משמש בדרך כלל בשירה ובטקסטים חגיגיים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משלב דיבורי מתאים לכתיבת מאמר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ניב אחד שלמדתם וכתבו סיפור קצר של 3-4 משפטים שבו הניב מככב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משלב גבוה למשלב דיבורי?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ומשלב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